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6A94C7" w14:textId="77777777" w:rsidR="004C2638" w:rsidRPr="00851760" w:rsidRDefault="004C2638" w:rsidP="0031171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367982" w14:textId="77777777" w:rsidR="00176362" w:rsidRPr="00176362" w:rsidRDefault="00176362" w:rsidP="00176362">
      <w:pPr>
        <w:pStyle w:val="Ttulo2"/>
        <w:shd w:val="clear" w:color="auto" w:fill="FFFFFF"/>
        <w:spacing w:before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176362">
        <w:rPr>
          <w:rFonts w:ascii="Times New Roman" w:hAnsi="Times New Roman" w:cs="Times New Roman"/>
          <w:color w:val="auto"/>
          <w:sz w:val="24"/>
          <w:szCs w:val="24"/>
        </w:rPr>
        <w:t>ANEXO I - REQUERIMENTO DE INSCRIÇÃO E CHECK-LIST</w:t>
      </w:r>
    </w:p>
    <w:p w14:paraId="2C82BA6C" w14:textId="503A28A8" w:rsidR="00176362" w:rsidRPr="00176362" w:rsidRDefault="001D5D3D" w:rsidP="004C66C6">
      <w:pPr>
        <w:pStyle w:val="ds-markdown-paragraph"/>
        <w:shd w:val="clear" w:color="auto" w:fill="FFFFFF"/>
        <w:spacing w:before="0" w:beforeAutospacing="0" w:after="0" w:afterAutospacing="0" w:line="360" w:lineRule="auto"/>
        <w:jc w:val="center"/>
        <w:rPr>
          <w:rStyle w:val="Forte"/>
          <w:color w:val="0F1115"/>
        </w:rPr>
      </w:pPr>
      <w:r w:rsidRPr="00176362">
        <w:rPr>
          <w:rFonts w:eastAsiaTheme="majorEastAsia"/>
          <w:b/>
          <w:bCs/>
          <w:noProof/>
          <w:color w:val="0F1115"/>
        </w:rPr>
        <w:drawing>
          <wp:inline distT="0" distB="0" distL="0" distR="0" wp14:anchorId="6236A56C" wp14:editId="65750BC1">
            <wp:extent cx="600075" cy="600075"/>
            <wp:effectExtent l="0" t="0" r="9525" b="9525"/>
            <wp:docPr id="6" name="Imagem 6" descr="C:\Users\edson.mendes\Desktop\CAPES GLOBAL\Nova pasta\WhatsApp Image 2026-05-15 at 13.57.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dson.mendes\Desktop\CAPES GLOBAL\Nova pasta\WhatsApp Image 2026-05-15 at 13.57.13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2B795" w14:textId="77777777" w:rsidR="004C66C6" w:rsidRPr="00176362" w:rsidRDefault="004C66C6" w:rsidP="004C66C6">
      <w:pPr>
        <w:pStyle w:val="ds-markdown-paragraph"/>
        <w:shd w:val="clear" w:color="auto" w:fill="FFFFFF"/>
        <w:spacing w:before="0" w:beforeAutospacing="0" w:after="0" w:afterAutospacing="0" w:line="360" w:lineRule="auto"/>
        <w:jc w:val="center"/>
        <w:rPr>
          <w:rStyle w:val="Forte"/>
          <w:color w:val="0F1115"/>
        </w:rPr>
      </w:pPr>
      <w:r w:rsidRPr="00176362">
        <w:rPr>
          <w:rStyle w:val="Forte"/>
          <w:color w:val="0F1115"/>
        </w:rPr>
        <w:t>EDITAL REDECLIMA Nº 02/2026</w:t>
      </w:r>
    </w:p>
    <w:p w14:paraId="1FE992CB" w14:textId="7AE03382" w:rsidR="004C66C6" w:rsidRPr="00176362" w:rsidRDefault="004C66C6" w:rsidP="004C66C6">
      <w:pPr>
        <w:pStyle w:val="ds-markdown-paragraph"/>
        <w:shd w:val="clear" w:color="auto" w:fill="FFFFFF"/>
        <w:spacing w:before="0" w:beforeAutospacing="0" w:after="0" w:afterAutospacing="0" w:line="360" w:lineRule="auto"/>
        <w:jc w:val="center"/>
        <w:rPr>
          <w:rStyle w:val="Forte"/>
          <w:color w:val="0F1115"/>
        </w:rPr>
      </w:pPr>
      <w:r w:rsidRPr="00176362">
        <w:rPr>
          <w:rStyle w:val="Forte"/>
          <w:color w:val="0F1115"/>
        </w:rPr>
        <w:t>SELEÇÃO INTERNA DE CANDIDATURAS PARA BOLSAS DE PROFESSOR VISITANTE NO EXTERIOR JÚNIOR (PVE JÚNIOR)</w:t>
      </w:r>
    </w:p>
    <w:p w14:paraId="7B5BBAE6" w14:textId="77777777" w:rsidR="00176362" w:rsidRPr="00176362" w:rsidRDefault="00311719" w:rsidP="001763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362">
        <w:rPr>
          <w:rFonts w:ascii="Times New Roman" w:hAnsi="Times New Roman" w:cs="Times New Roman"/>
          <w:sz w:val="24"/>
          <w:szCs w:val="24"/>
        </w:rPr>
        <w:br/>
        <w:t>Eu, ___________________________________________________________________,</w:t>
      </w:r>
      <w:r w:rsidRPr="00176362">
        <w:rPr>
          <w:rFonts w:ascii="Times New Roman" w:hAnsi="Times New Roman" w:cs="Times New Roman"/>
          <w:sz w:val="24"/>
          <w:szCs w:val="24"/>
        </w:rPr>
        <w:br/>
      </w:r>
      <w:r w:rsidR="004C66C6" w:rsidRPr="00176362">
        <w:rPr>
          <w:rFonts w:ascii="Times New Roman" w:hAnsi="Times New Roman" w:cs="Times New Roman"/>
          <w:sz w:val="24"/>
          <w:szCs w:val="24"/>
        </w:rPr>
        <w:t>SIAPE</w:t>
      </w:r>
      <w:r w:rsidRPr="00176362">
        <w:rPr>
          <w:rFonts w:ascii="Times New Roman" w:hAnsi="Times New Roman" w:cs="Times New Roman"/>
          <w:sz w:val="24"/>
          <w:szCs w:val="24"/>
        </w:rPr>
        <w:t xml:space="preserve"> nº ________________________, CPF nº _____________________________,</w:t>
      </w:r>
      <w:r w:rsidRPr="00176362">
        <w:rPr>
          <w:rFonts w:ascii="Times New Roman" w:hAnsi="Times New Roman" w:cs="Times New Roman"/>
          <w:sz w:val="24"/>
          <w:szCs w:val="24"/>
        </w:rPr>
        <w:br/>
      </w:r>
      <w:r w:rsidR="004C66C6" w:rsidRPr="00176362">
        <w:rPr>
          <w:rFonts w:ascii="Times New Roman" w:hAnsi="Times New Roman" w:cs="Times New Roman"/>
          <w:sz w:val="24"/>
          <w:szCs w:val="24"/>
        </w:rPr>
        <w:t xml:space="preserve">docente </w:t>
      </w:r>
      <w:r w:rsidRPr="00176362">
        <w:rPr>
          <w:rFonts w:ascii="Times New Roman" w:hAnsi="Times New Roman" w:cs="Times New Roman"/>
          <w:sz w:val="24"/>
          <w:szCs w:val="24"/>
        </w:rPr>
        <w:t>no PPG em: ___________________________________ da Universidade Federal do:_______________________________________________,</w:t>
      </w:r>
      <w:r w:rsidR="004C66C6" w:rsidRPr="00176362">
        <w:rPr>
          <w:rFonts w:ascii="Times New Roman" w:hAnsi="Times New Roman" w:cs="Times New Roman"/>
          <w:sz w:val="24"/>
          <w:szCs w:val="24"/>
        </w:rPr>
        <w:t xml:space="preserve"> </w:t>
      </w:r>
      <w:r w:rsidRPr="00176362">
        <w:rPr>
          <w:rFonts w:ascii="Times New Roman" w:hAnsi="Times New Roman" w:cs="Times New Roman"/>
          <w:sz w:val="24"/>
          <w:szCs w:val="24"/>
        </w:rPr>
        <w:t>venho, por meio deste, requerer minha inscrição no processo seletivo referente ao Edital REDECLIMA nº 0</w:t>
      </w:r>
      <w:r w:rsidR="004C66C6" w:rsidRPr="00176362">
        <w:rPr>
          <w:rFonts w:ascii="Times New Roman" w:hAnsi="Times New Roman" w:cs="Times New Roman"/>
          <w:sz w:val="24"/>
          <w:szCs w:val="24"/>
        </w:rPr>
        <w:t>2</w:t>
      </w:r>
      <w:r w:rsidRPr="00176362">
        <w:rPr>
          <w:rFonts w:ascii="Times New Roman" w:hAnsi="Times New Roman" w:cs="Times New Roman"/>
          <w:sz w:val="24"/>
          <w:szCs w:val="24"/>
        </w:rPr>
        <w:t xml:space="preserve">/2026, destinado à concessão de bolsa de </w:t>
      </w:r>
      <w:r w:rsidR="004C66C6" w:rsidRPr="00176362">
        <w:rPr>
          <w:rFonts w:ascii="Times New Roman" w:hAnsi="Times New Roman" w:cs="Times New Roman"/>
          <w:sz w:val="24"/>
          <w:szCs w:val="24"/>
        </w:rPr>
        <w:t>Professor Visitante no E</w:t>
      </w:r>
      <w:r w:rsidRPr="00176362">
        <w:rPr>
          <w:rFonts w:ascii="Times New Roman" w:hAnsi="Times New Roman" w:cs="Times New Roman"/>
          <w:sz w:val="24"/>
          <w:szCs w:val="24"/>
        </w:rPr>
        <w:t>xterior</w:t>
      </w:r>
      <w:r w:rsidR="004C66C6" w:rsidRPr="00176362">
        <w:rPr>
          <w:rFonts w:ascii="Times New Roman" w:hAnsi="Times New Roman" w:cs="Times New Roman"/>
          <w:sz w:val="24"/>
          <w:szCs w:val="24"/>
        </w:rPr>
        <w:t xml:space="preserve"> Júnior</w:t>
      </w:r>
      <w:r w:rsidRPr="00176362">
        <w:rPr>
          <w:rFonts w:ascii="Times New Roman" w:hAnsi="Times New Roman" w:cs="Times New Roman"/>
          <w:sz w:val="24"/>
          <w:szCs w:val="24"/>
        </w:rPr>
        <w:t>, no âmbito do Programa Redes para Internacionalização Institucional – CAPES-Global.Edu.</w:t>
      </w:r>
      <w:r w:rsidRPr="00176362">
        <w:rPr>
          <w:rFonts w:ascii="Times New Roman" w:hAnsi="Times New Roman" w:cs="Times New Roman"/>
          <w:sz w:val="24"/>
          <w:szCs w:val="24"/>
        </w:rPr>
        <w:br/>
      </w:r>
      <w:r w:rsidRPr="00176362">
        <w:rPr>
          <w:rFonts w:ascii="Times New Roman" w:hAnsi="Times New Roman" w:cs="Times New Roman"/>
          <w:sz w:val="24"/>
          <w:szCs w:val="24"/>
        </w:rPr>
        <w:br/>
        <w:t>Declaro, para os devidos fins, que:</w:t>
      </w:r>
    </w:p>
    <w:p w14:paraId="47BD208E" w14:textId="5D07F039" w:rsidR="00311719" w:rsidRPr="00176362" w:rsidRDefault="00311719" w:rsidP="001763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6362">
        <w:rPr>
          <w:rFonts w:ascii="Times New Roman" w:hAnsi="Times New Roman" w:cs="Times New Roman"/>
          <w:sz w:val="24"/>
          <w:szCs w:val="24"/>
        </w:rPr>
        <w:br/>
        <w:t>• estou ciente e de acordo com todas as disposições constantes no Edital REDECLIMA nº 0</w:t>
      </w:r>
      <w:r w:rsidR="004C66C6" w:rsidRPr="00176362">
        <w:rPr>
          <w:rFonts w:ascii="Times New Roman" w:hAnsi="Times New Roman" w:cs="Times New Roman"/>
          <w:sz w:val="24"/>
          <w:szCs w:val="24"/>
        </w:rPr>
        <w:t>2</w:t>
      </w:r>
      <w:r w:rsidRPr="00176362">
        <w:rPr>
          <w:rFonts w:ascii="Times New Roman" w:hAnsi="Times New Roman" w:cs="Times New Roman"/>
          <w:sz w:val="24"/>
          <w:szCs w:val="24"/>
        </w:rPr>
        <w:t>/2026;</w:t>
      </w:r>
      <w:r w:rsidRPr="00176362">
        <w:rPr>
          <w:rFonts w:ascii="Times New Roman" w:hAnsi="Times New Roman" w:cs="Times New Roman"/>
          <w:sz w:val="24"/>
          <w:szCs w:val="24"/>
        </w:rPr>
        <w:br/>
        <w:t xml:space="preserve">• atendo aos requisitos previstos no item </w:t>
      </w:r>
      <w:r w:rsidR="004C66C6" w:rsidRPr="00176362">
        <w:rPr>
          <w:rFonts w:ascii="Times New Roman" w:hAnsi="Times New Roman" w:cs="Times New Roman"/>
          <w:sz w:val="24"/>
          <w:szCs w:val="24"/>
        </w:rPr>
        <w:t>1.1</w:t>
      </w:r>
      <w:r w:rsidRPr="00176362">
        <w:rPr>
          <w:rFonts w:ascii="Times New Roman" w:hAnsi="Times New Roman" w:cs="Times New Roman"/>
          <w:sz w:val="24"/>
          <w:szCs w:val="24"/>
        </w:rPr>
        <w:t xml:space="preserve"> do referido edital;</w:t>
      </w:r>
      <w:r w:rsidRPr="00176362">
        <w:rPr>
          <w:rFonts w:ascii="Times New Roman" w:hAnsi="Times New Roman" w:cs="Times New Roman"/>
          <w:sz w:val="24"/>
          <w:szCs w:val="24"/>
        </w:rPr>
        <w:br/>
        <w:t>• as informações prestadas e os documentos apresentados são verdadeiros e autênticos;</w:t>
      </w:r>
      <w:r w:rsidRPr="00176362">
        <w:rPr>
          <w:rFonts w:ascii="Times New Roman" w:hAnsi="Times New Roman" w:cs="Times New Roman"/>
          <w:sz w:val="24"/>
          <w:szCs w:val="24"/>
        </w:rPr>
        <w:br/>
        <w:t xml:space="preserve">• não realizei estudos no exterior financiados pela CAPES, na mesma modalidade do programa para o qual me </w:t>
      </w:r>
      <w:proofErr w:type="gramStart"/>
      <w:r w:rsidRPr="00176362">
        <w:rPr>
          <w:rFonts w:ascii="Times New Roman" w:hAnsi="Times New Roman" w:cs="Times New Roman"/>
          <w:sz w:val="24"/>
          <w:szCs w:val="24"/>
        </w:rPr>
        <w:t>candidato(</w:t>
      </w:r>
      <w:proofErr w:type="gramEnd"/>
      <w:r w:rsidRPr="00176362">
        <w:rPr>
          <w:rFonts w:ascii="Times New Roman" w:hAnsi="Times New Roman" w:cs="Times New Roman"/>
          <w:sz w:val="24"/>
          <w:szCs w:val="24"/>
        </w:rPr>
        <w:t>a), nos últimos vinte e quatro meses;</w:t>
      </w:r>
      <w:r w:rsidRPr="00176362">
        <w:rPr>
          <w:rFonts w:ascii="Times New Roman" w:hAnsi="Times New Roman" w:cs="Times New Roman"/>
          <w:sz w:val="24"/>
          <w:szCs w:val="24"/>
        </w:rPr>
        <w:br/>
        <w:t>• comprometo-me a cumprir todas as obrigações previstas pela CAPES, pela instituição de origem e pela Coordenação da REDECLIMA, em caso de aprovação.</w:t>
      </w:r>
      <w:r w:rsidRPr="00176362">
        <w:rPr>
          <w:rFonts w:ascii="Times New Roman" w:hAnsi="Times New Roman" w:cs="Times New Roman"/>
          <w:sz w:val="24"/>
          <w:szCs w:val="24"/>
        </w:rPr>
        <w:br/>
      </w:r>
    </w:p>
    <w:p w14:paraId="3D96C41F" w14:textId="77777777" w:rsidR="00311719" w:rsidRPr="00176362" w:rsidRDefault="00311719" w:rsidP="0031171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E71845C" w14:textId="77777777" w:rsidR="00F80180" w:rsidRDefault="00F80180" w:rsidP="00F8018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DADOS DA INSTITUIÇÃO DE DESTINO</w:t>
      </w:r>
    </w:p>
    <w:p w14:paraId="2293F47F" w14:textId="77777777" w:rsidR="004C66C6" w:rsidRPr="00176362" w:rsidRDefault="00311719" w:rsidP="0031171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76362">
        <w:rPr>
          <w:rFonts w:ascii="Times New Roman" w:hAnsi="Times New Roman" w:cs="Times New Roman"/>
          <w:sz w:val="24"/>
          <w:szCs w:val="24"/>
        </w:rPr>
        <w:t>Instituição de destino:</w:t>
      </w:r>
      <w:r w:rsidRPr="00176362">
        <w:rPr>
          <w:rFonts w:ascii="Times New Roman" w:hAnsi="Times New Roman" w:cs="Times New Roman"/>
          <w:sz w:val="24"/>
          <w:szCs w:val="24"/>
        </w:rPr>
        <w:br/>
        <w:t>Cidade/País:</w:t>
      </w:r>
      <w:r w:rsidRPr="00176362">
        <w:rPr>
          <w:rFonts w:ascii="Times New Roman" w:hAnsi="Times New Roman" w:cs="Times New Roman"/>
          <w:sz w:val="24"/>
          <w:szCs w:val="24"/>
        </w:rPr>
        <w:br/>
        <w:t>Curso/Programa de capacitação:</w:t>
      </w:r>
      <w:r w:rsidRPr="00176362">
        <w:rPr>
          <w:rFonts w:ascii="Times New Roman" w:hAnsi="Times New Roman" w:cs="Times New Roman"/>
          <w:sz w:val="24"/>
          <w:szCs w:val="24"/>
        </w:rPr>
        <w:br/>
      </w:r>
    </w:p>
    <w:p w14:paraId="1658C76D" w14:textId="77777777" w:rsidR="004C66C6" w:rsidRPr="00176362" w:rsidRDefault="004C66C6" w:rsidP="0031171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6E7672E" w14:textId="77777777" w:rsidR="004C66C6" w:rsidRPr="00176362" w:rsidRDefault="004C66C6" w:rsidP="0031171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66E2D98" w14:textId="77777777" w:rsidR="004C66C6" w:rsidRPr="00176362" w:rsidRDefault="004C66C6" w:rsidP="0031171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AF95CF9" w14:textId="21177E2F" w:rsidR="00311719" w:rsidRPr="00176362" w:rsidRDefault="00311719" w:rsidP="0031171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76362">
        <w:rPr>
          <w:rFonts w:ascii="Times New Roman" w:hAnsi="Times New Roman" w:cs="Times New Roman"/>
          <w:b/>
          <w:sz w:val="24"/>
          <w:szCs w:val="24"/>
        </w:rPr>
        <w:t>Tema relacionado à proposta:</w:t>
      </w:r>
      <w:r w:rsidRPr="00176362">
        <w:rPr>
          <w:rFonts w:ascii="Times New Roman" w:hAnsi="Times New Roman" w:cs="Times New Roman"/>
          <w:sz w:val="24"/>
          <w:szCs w:val="24"/>
        </w:rPr>
        <w:br/>
      </w:r>
    </w:p>
    <w:tbl>
      <w:tblPr>
        <w:tblStyle w:val="Tabelacomgrade"/>
        <w:tblW w:w="8856" w:type="dxa"/>
        <w:tblLook w:val="04A0" w:firstRow="1" w:lastRow="0" w:firstColumn="1" w:lastColumn="0" w:noHBand="0" w:noVBand="1"/>
      </w:tblPr>
      <w:tblGrid>
        <w:gridCol w:w="2518"/>
        <w:gridCol w:w="6338"/>
      </w:tblGrid>
      <w:tr w:rsidR="00311719" w:rsidRPr="00176362" w14:paraId="26B2FFA8" w14:textId="77777777" w:rsidTr="00BA29FA">
        <w:trPr>
          <w:trHeight w:val="323"/>
        </w:trPr>
        <w:tc>
          <w:tcPr>
            <w:tcW w:w="2518" w:type="dxa"/>
            <w:shd w:val="clear" w:color="auto" w:fill="00B0F0"/>
          </w:tcPr>
          <w:p w14:paraId="6B707B8B" w14:textId="77777777" w:rsidR="00311719" w:rsidRPr="00176362" w:rsidRDefault="00311719" w:rsidP="003117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1763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 xml:space="preserve">Assinale apenas um </w:t>
            </w:r>
          </w:p>
        </w:tc>
        <w:tc>
          <w:tcPr>
            <w:tcW w:w="6338" w:type="dxa"/>
            <w:shd w:val="clear" w:color="auto" w:fill="00B0F0"/>
            <w:hideMark/>
          </w:tcPr>
          <w:p w14:paraId="55408173" w14:textId="77777777" w:rsidR="00311719" w:rsidRPr="00176362" w:rsidRDefault="00311719" w:rsidP="003117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1351B4"/>
                <w:sz w:val="24"/>
                <w:szCs w:val="24"/>
                <w:lang w:eastAsia="pt-BR"/>
              </w:rPr>
            </w:pPr>
            <w:r w:rsidRPr="001763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Temas</w:t>
            </w:r>
          </w:p>
        </w:tc>
      </w:tr>
      <w:tr w:rsidR="00311719" w:rsidRPr="00176362" w14:paraId="034FEBF9" w14:textId="77777777" w:rsidTr="00BA29FA">
        <w:trPr>
          <w:trHeight w:val="614"/>
        </w:trPr>
        <w:tc>
          <w:tcPr>
            <w:tcW w:w="2518" w:type="dxa"/>
            <w:vAlign w:val="center"/>
          </w:tcPr>
          <w:p w14:paraId="3C069291" w14:textId="77777777" w:rsidR="00311719" w:rsidRPr="00176362" w:rsidRDefault="00311719" w:rsidP="00311719">
            <w:pPr>
              <w:pStyle w:val="PargrafodaLista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  <w:proofErr w:type="gramStart"/>
            <w:r w:rsidRPr="00176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 xml:space="preserve">(       </w:t>
            </w:r>
            <w:proofErr w:type="gramEnd"/>
            <w:r w:rsidRPr="00176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6338" w:type="dxa"/>
            <w:hideMark/>
          </w:tcPr>
          <w:p w14:paraId="6331A9E7" w14:textId="77777777" w:rsidR="00311719" w:rsidRPr="00176362" w:rsidRDefault="00311719" w:rsidP="00311719">
            <w:pPr>
              <w:spacing w:line="36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  <w:r w:rsidRPr="0017636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pt-BR"/>
              </w:rPr>
              <w:t xml:space="preserve">TEMA </w:t>
            </w:r>
            <w:proofErr w:type="gramStart"/>
            <w:r w:rsidRPr="0017636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pt-BR"/>
              </w:rPr>
              <w:t>1</w:t>
            </w:r>
            <w:proofErr w:type="gramEnd"/>
            <w:r w:rsidRPr="0017636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pt-BR"/>
              </w:rPr>
              <w:t>:</w:t>
            </w:r>
            <w:r w:rsidRPr="00176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 xml:space="preserve"> Ciência como ferramenta ao combate às injustiças ambientais, pobreza, desigualdades sociais, vulnerabilidades e disparidades regionais.</w:t>
            </w:r>
          </w:p>
        </w:tc>
      </w:tr>
      <w:tr w:rsidR="00311719" w:rsidRPr="00176362" w14:paraId="749DCB8D" w14:textId="77777777" w:rsidTr="00BA29FA">
        <w:trPr>
          <w:trHeight w:val="323"/>
        </w:trPr>
        <w:tc>
          <w:tcPr>
            <w:tcW w:w="2518" w:type="dxa"/>
            <w:vAlign w:val="center"/>
          </w:tcPr>
          <w:p w14:paraId="2C1C55E6" w14:textId="77777777" w:rsidR="00311719" w:rsidRPr="00176362" w:rsidRDefault="00311719" w:rsidP="00311719">
            <w:pPr>
              <w:pStyle w:val="PargrafodaLista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  <w:proofErr w:type="gramStart"/>
            <w:r w:rsidRPr="00176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 xml:space="preserve">(       </w:t>
            </w:r>
            <w:proofErr w:type="gramEnd"/>
            <w:r w:rsidRPr="00176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6338" w:type="dxa"/>
            <w:hideMark/>
          </w:tcPr>
          <w:p w14:paraId="56181300" w14:textId="77777777" w:rsidR="00311719" w:rsidRPr="00176362" w:rsidRDefault="00311719" w:rsidP="00311719">
            <w:pPr>
              <w:spacing w:line="36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  <w:r w:rsidRPr="0017636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pt-BR"/>
              </w:rPr>
              <w:t xml:space="preserve">TEMA </w:t>
            </w:r>
            <w:proofErr w:type="gramStart"/>
            <w:r w:rsidRPr="0017636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pt-BR"/>
              </w:rPr>
              <w:t>2</w:t>
            </w:r>
            <w:proofErr w:type="gramEnd"/>
            <w:r w:rsidRPr="0017636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pt-BR"/>
              </w:rPr>
              <w:t>:</w:t>
            </w:r>
            <w:r w:rsidRPr="00176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 xml:space="preserve"> Ciência como ferramenta para saúde integrada: humana, animal e planetária</w:t>
            </w:r>
          </w:p>
        </w:tc>
      </w:tr>
      <w:tr w:rsidR="00311719" w:rsidRPr="00176362" w14:paraId="38C2A4AB" w14:textId="77777777" w:rsidTr="00BA29FA">
        <w:trPr>
          <w:trHeight w:val="323"/>
        </w:trPr>
        <w:tc>
          <w:tcPr>
            <w:tcW w:w="2518" w:type="dxa"/>
            <w:vAlign w:val="center"/>
          </w:tcPr>
          <w:p w14:paraId="6496D748" w14:textId="77777777" w:rsidR="00311719" w:rsidRPr="00176362" w:rsidRDefault="00311719" w:rsidP="00311719">
            <w:pPr>
              <w:pStyle w:val="PargrafodaLista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  <w:proofErr w:type="gramStart"/>
            <w:r w:rsidRPr="00176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 xml:space="preserve">(       </w:t>
            </w:r>
            <w:proofErr w:type="gramEnd"/>
            <w:r w:rsidRPr="00176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6338" w:type="dxa"/>
            <w:hideMark/>
          </w:tcPr>
          <w:p w14:paraId="09CDD720" w14:textId="77777777" w:rsidR="00311719" w:rsidRPr="00176362" w:rsidRDefault="00311719" w:rsidP="00311719">
            <w:pPr>
              <w:spacing w:line="36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  <w:r w:rsidRPr="0017636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pt-BR"/>
              </w:rPr>
              <w:t xml:space="preserve">TEMA </w:t>
            </w:r>
            <w:proofErr w:type="gramStart"/>
            <w:r w:rsidRPr="0017636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pt-BR"/>
              </w:rPr>
              <w:t>3</w:t>
            </w:r>
            <w:proofErr w:type="gramEnd"/>
            <w:r w:rsidRPr="0017636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pt-BR"/>
              </w:rPr>
              <w:t>:</w:t>
            </w:r>
            <w:r w:rsidRPr="00176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 xml:space="preserve"> Ciência como ferramenta voltada a soluções inteligentes, sustentáveis e resilientes para o desenvolvimento urbano</w:t>
            </w:r>
          </w:p>
        </w:tc>
      </w:tr>
      <w:tr w:rsidR="00311719" w:rsidRPr="00176362" w14:paraId="06D4BAB4" w14:textId="77777777" w:rsidTr="00BA29FA">
        <w:trPr>
          <w:trHeight w:val="323"/>
        </w:trPr>
        <w:tc>
          <w:tcPr>
            <w:tcW w:w="2518" w:type="dxa"/>
            <w:vAlign w:val="center"/>
          </w:tcPr>
          <w:p w14:paraId="1E33F6E2" w14:textId="77777777" w:rsidR="00311719" w:rsidRPr="00176362" w:rsidRDefault="00311719" w:rsidP="00311719">
            <w:pPr>
              <w:pStyle w:val="PargrafodaLista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  <w:proofErr w:type="gramStart"/>
            <w:r w:rsidRPr="00176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 xml:space="preserve">(       </w:t>
            </w:r>
            <w:proofErr w:type="gramEnd"/>
            <w:r w:rsidRPr="00176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6338" w:type="dxa"/>
            <w:hideMark/>
          </w:tcPr>
          <w:p w14:paraId="4A930FDF" w14:textId="77777777" w:rsidR="00311719" w:rsidRPr="00176362" w:rsidRDefault="00311719" w:rsidP="00311719">
            <w:pPr>
              <w:spacing w:line="36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  <w:r w:rsidRPr="0017636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pt-BR"/>
              </w:rPr>
              <w:t xml:space="preserve">TEMA </w:t>
            </w:r>
            <w:proofErr w:type="gramStart"/>
            <w:r w:rsidRPr="0017636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pt-BR"/>
              </w:rPr>
              <w:t>4</w:t>
            </w:r>
            <w:proofErr w:type="gramEnd"/>
            <w:r w:rsidRPr="0017636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pt-BR"/>
              </w:rPr>
              <w:t>:</w:t>
            </w:r>
            <w:r w:rsidRPr="00176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 xml:space="preserve"> Educação, informação, arte, cultura e tecnologias para preservação e qualidade da vida no planeta</w:t>
            </w:r>
          </w:p>
        </w:tc>
      </w:tr>
      <w:tr w:rsidR="00311719" w:rsidRPr="00176362" w14:paraId="65F90A90" w14:textId="77777777" w:rsidTr="00BA29FA">
        <w:trPr>
          <w:trHeight w:val="323"/>
        </w:trPr>
        <w:tc>
          <w:tcPr>
            <w:tcW w:w="2518" w:type="dxa"/>
            <w:vAlign w:val="center"/>
          </w:tcPr>
          <w:p w14:paraId="2A0B32F4" w14:textId="77777777" w:rsidR="00311719" w:rsidRPr="00176362" w:rsidRDefault="00311719" w:rsidP="00311719">
            <w:pPr>
              <w:pStyle w:val="PargrafodaLista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  <w:proofErr w:type="gramStart"/>
            <w:r w:rsidRPr="00176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 xml:space="preserve">(       </w:t>
            </w:r>
            <w:proofErr w:type="gramEnd"/>
            <w:r w:rsidRPr="00176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6338" w:type="dxa"/>
            <w:noWrap/>
            <w:hideMark/>
          </w:tcPr>
          <w:p w14:paraId="0AAE90E3" w14:textId="77777777" w:rsidR="00311719" w:rsidRPr="00176362" w:rsidRDefault="00311719" w:rsidP="00311719">
            <w:pPr>
              <w:spacing w:line="36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  <w:r w:rsidRPr="0017636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pt-BR"/>
              </w:rPr>
              <w:t xml:space="preserve">TEMA </w:t>
            </w:r>
            <w:proofErr w:type="gramStart"/>
            <w:r w:rsidRPr="0017636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pt-BR"/>
              </w:rPr>
              <w:t>5</w:t>
            </w:r>
            <w:proofErr w:type="gramEnd"/>
            <w:r w:rsidRPr="0017636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pt-BR"/>
              </w:rPr>
              <w:t>:</w:t>
            </w:r>
            <w:r w:rsidRPr="00176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 xml:space="preserve"> Estudos sobre solos, relevo, clima, geologia, águas, saneamento, monitoramento, segurança e sustentabilidade</w:t>
            </w:r>
          </w:p>
        </w:tc>
      </w:tr>
    </w:tbl>
    <w:p w14:paraId="1E1715B3" w14:textId="77777777" w:rsidR="00311719" w:rsidRPr="00176362" w:rsidRDefault="00311719" w:rsidP="0031171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6A83044" w14:textId="77777777" w:rsidR="00311719" w:rsidRPr="00176362" w:rsidRDefault="00311719" w:rsidP="00311719">
      <w:pPr>
        <w:pStyle w:val="Ttulo1"/>
        <w:spacing w:before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2D50A268" w14:textId="77777777" w:rsidR="00311719" w:rsidRPr="00176362" w:rsidRDefault="00311719" w:rsidP="00311719">
      <w:pPr>
        <w:pStyle w:val="Ttulo1"/>
        <w:spacing w:before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176362">
        <w:rPr>
          <w:rFonts w:ascii="Times New Roman" w:hAnsi="Times New Roman" w:cs="Times New Roman"/>
          <w:color w:val="auto"/>
          <w:sz w:val="24"/>
          <w:szCs w:val="24"/>
        </w:rPr>
        <w:t>JANELA DE REALIZAÇÃO DA CAPACITAÇÃO</w:t>
      </w:r>
    </w:p>
    <w:p w14:paraId="09733372" w14:textId="77777777" w:rsidR="00311719" w:rsidRPr="00176362" w:rsidRDefault="00311719" w:rsidP="0031171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76362">
        <w:rPr>
          <w:rFonts w:ascii="Times New Roman" w:hAnsi="Times New Roman" w:cs="Times New Roman"/>
          <w:sz w:val="24"/>
          <w:szCs w:val="24"/>
        </w:rPr>
        <w:t>Assinale a janela pretendida para realização da bolsa de capacitação:</w:t>
      </w:r>
      <w:r w:rsidRPr="00176362">
        <w:rPr>
          <w:rFonts w:ascii="Times New Roman" w:hAnsi="Times New Roman" w:cs="Times New Roman"/>
          <w:sz w:val="24"/>
          <w:szCs w:val="24"/>
        </w:rPr>
        <w:br/>
      </w:r>
      <w:r w:rsidRPr="00176362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176362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176362">
        <w:rPr>
          <w:rFonts w:ascii="Times New Roman" w:hAnsi="Times New Roman" w:cs="Times New Roman"/>
          <w:b/>
          <w:sz w:val="24"/>
          <w:szCs w:val="24"/>
        </w:rPr>
        <w:t xml:space="preserve"> ) JANELA 1</w:t>
      </w:r>
      <w:r w:rsidRPr="00176362">
        <w:rPr>
          <w:rFonts w:ascii="Times New Roman" w:hAnsi="Times New Roman" w:cs="Times New Roman"/>
          <w:sz w:val="24"/>
          <w:szCs w:val="24"/>
        </w:rPr>
        <w:br/>
        <w:t>Período de indicação do(a) bolsista: 1º a 30 de outubro de 2026</w:t>
      </w:r>
      <w:r w:rsidRPr="00176362">
        <w:rPr>
          <w:rFonts w:ascii="Times New Roman" w:hAnsi="Times New Roman" w:cs="Times New Roman"/>
          <w:sz w:val="24"/>
          <w:szCs w:val="24"/>
        </w:rPr>
        <w:br/>
        <w:t>Início da bolsa (destino exterior): Março e abril de 2027</w:t>
      </w:r>
      <w:r w:rsidRPr="00176362">
        <w:rPr>
          <w:rFonts w:ascii="Times New Roman" w:hAnsi="Times New Roman" w:cs="Times New Roman"/>
          <w:sz w:val="24"/>
          <w:szCs w:val="24"/>
        </w:rPr>
        <w:br/>
      </w:r>
      <w:r w:rsidRPr="00176362">
        <w:rPr>
          <w:rFonts w:ascii="Times New Roman" w:hAnsi="Times New Roman" w:cs="Times New Roman"/>
          <w:b/>
          <w:sz w:val="24"/>
          <w:szCs w:val="24"/>
        </w:rPr>
        <w:t>( ) JANELA 2</w:t>
      </w:r>
      <w:r w:rsidRPr="00176362">
        <w:rPr>
          <w:rFonts w:ascii="Times New Roman" w:hAnsi="Times New Roman" w:cs="Times New Roman"/>
          <w:sz w:val="24"/>
          <w:szCs w:val="24"/>
        </w:rPr>
        <w:br/>
        <w:t>Período de indicação do(a) bolsista: 1º a 30 de abril de 2027</w:t>
      </w:r>
      <w:r w:rsidRPr="00176362">
        <w:rPr>
          <w:rFonts w:ascii="Times New Roman" w:hAnsi="Times New Roman" w:cs="Times New Roman"/>
          <w:sz w:val="24"/>
          <w:szCs w:val="24"/>
        </w:rPr>
        <w:br/>
        <w:t>Início da bolsa (destino exterior): Setembro e outubro de 2027</w:t>
      </w:r>
      <w:r w:rsidRPr="00176362">
        <w:rPr>
          <w:rFonts w:ascii="Times New Roman" w:hAnsi="Times New Roman" w:cs="Times New Roman"/>
          <w:sz w:val="24"/>
          <w:szCs w:val="24"/>
        </w:rPr>
        <w:br/>
      </w:r>
      <w:r w:rsidRPr="00176362">
        <w:rPr>
          <w:rFonts w:ascii="Times New Roman" w:hAnsi="Times New Roman" w:cs="Times New Roman"/>
          <w:sz w:val="24"/>
          <w:szCs w:val="24"/>
        </w:rPr>
        <w:lastRenderedPageBreak/>
        <w:br/>
      </w:r>
    </w:p>
    <w:p w14:paraId="238950B7" w14:textId="77777777" w:rsidR="00311719" w:rsidRPr="00176362" w:rsidRDefault="00311719" w:rsidP="0031171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76362">
        <w:rPr>
          <w:rFonts w:ascii="Times New Roman" w:hAnsi="Times New Roman" w:cs="Times New Roman"/>
          <w:b/>
          <w:sz w:val="24"/>
          <w:szCs w:val="24"/>
        </w:rPr>
        <w:t xml:space="preserve">Período pretendido </w:t>
      </w:r>
      <w:proofErr w:type="gramStart"/>
      <w:r w:rsidRPr="00176362">
        <w:rPr>
          <w:rFonts w:ascii="Times New Roman" w:hAnsi="Times New Roman" w:cs="Times New Roman"/>
          <w:b/>
          <w:sz w:val="24"/>
          <w:szCs w:val="24"/>
        </w:rPr>
        <w:t>pelo(</w:t>
      </w:r>
      <w:proofErr w:type="gramEnd"/>
      <w:r w:rsidRPr="00176362">
        <w:rPr>
          <w:rFonts w:ascii="Times New Roman" w:hAnsi="Times New Roman" w:cs="Times New Roman"/>
          <w:b/>
          <w:sz w:val="24"/>
          <w:szCs w:val="24"/>
        </w:rPr>
        <w:t>a) candidato(a):</w:t>
      </w:r>
    </w:p>
    <w:p w14:paraId="65EA4E13" w14:textId="77777777" w:rsidR="00311719" w:rsidRPr="00176362" w:rsidRDefault="00311719" w:rsidP="0031171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8C227AF" w14:textId="77777777" w:rsidR="00311719" w:rsidRPr="00176362" w:rsidRDefault="00311719" w:rsidP="00311719">
      <w:pPr>
        <w:pStyle w:val="Ttulo1"/>
        <w:spacing w:before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176362">
        <w:rPr>
          <w:rFonts w:ascii="Times New Roman" w:hAnsi="Times New Roman" w:cs="Times New Roman"/>
          <w:color w:val="auto"/>
          <w:sz w:val="24"/>
          <w:szCs w:val="24"/>
        </w:rPr>
        <w:t>DADOS PARA CONTATO</w:t>
      </w:r>
    </w:p>
    <w:p w14:paraId="79FC84E5" w14:textId="241A1E4E" w:rsidR="00311719" w:rsidRPr="00176362" w:rsidRDefault="00311719" w:rsidP="0031171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76362">
        <w:rPr>
          <w:rFonts w:ascii="Times New Roman" w:hAnsi="Times New Roman" w:cs="Times New Roman"/>
          <w:sz w:val="24"/>
          <w:szCs w:val="24"/>
        </w:rPr>
        <w:t>E-mail institucional:</w:t>
      </w:r>
      <w:r w:rsidRPr="00176362">
        <w:rPr>
          <w:rFonts w:ascii="Times New Roman" w:hAnsi="Times New Roman" w:cs="Times New Roman"/>
          <w:sz w:val="24"/>
          <w:szCs w:val="24"/>
        </w:rPr>
        <w:br/>
        <w:t>Telefone:</w:t>
      </w:r>
      <w:r w:rsidRPr="00176362">
        <w:rPr>
          <w:rFonts w:ascii="Times New Roman" w:hAnsi="Times New Roman" w:cs="Times New Roman"/>
          <w:sz w:val="24"/>
          <w:szCs w:val="24"/>
        </w:rPr>
        <w:br/>
      </w:r>
    </w:p>
    <w:p w14:paraId="67833B34" w14:textId="77777777" w:rsidR="00311719" w:rsidRPr="00176362" w:rsidRDefault="00311719" w:rsidP="0031171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362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Pr="00176362">
        <w:rPr>
          <w:rFonts w:ascii="Times New Roman" w:hAnsi="Times New Roman" w:cs="Times New Roman"/>
          <w:sz w:val="24"/>
          <w:szCs w:val="24"/>
        </w:rPr>
        <w:br/>
        <w:t>Local e data</w:t>
      </w:r>
      <w:r w:rsidRPr="00176362">
        <w:rPr>
          <w:rFonts w:ascii="Times New Roman" w:hAnsi="Times New Roman" w:cs="Times New Roman"/>
          <w:sz w:val="24"/>
          <w:szCs w:val="24"/>
        </w:rPr>
        <w:br/>
      </w:r>
    </w:p>
    <w:p w14:paraId="0B0D9BAE" w14:textId="77777777" w:rsidR="004C66C6" w:rsidRPr="00176362" w:rsidRDefault="004C66C6" w:rsidP="0031171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EF4CE4" w14:textId="77777777" w:rsidR="00311719" w:rsidRPr="00176362" w:rsidRDefault="00311719" w:rsidP="0031171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362">
        <w:rPr>
          <w:rFonts w:ascii="Times New Roman" w:hAnsi="Times New Roman" w:cs="Times New Roman"/>
          <w:sz w:val="24"/>
          <w:szCs w:val="24"/>
        </w:rPr>
        <w:br/>
        <w:t>______________________________________________</w:t>
      </w:r>
      <w:r w:rsidRPr="00176362">
        <w:rPr>
          <w:rFonts w:ascii="Times New Roman" w:hAnsi="Times New Roman" w:cs="Times New Roman"/>
          <w:sz w:val="24"/>
          <w:szCs w:val="24"/>
        </w:rPr>
        <w:br/>
        <w:t xml:space="preserve">Assinatura </w:t>
      </w:r>
      <w:proofErr w:type="gramStart"/>
      <w:r w:rsidRPr="00176362">
        <w:rPr>
          <w:rFonts w:ascii="Times New Roman" w:hAnsi="Times New Roman" w:cs="Times New Roman"/>
          <w:sz w:val="24"/>
          <w:szCs w:val="24"/>
        </w:rPr>
        <w:t>do(</w:t>
      </w:r>
      <w:proofErr w:type="gramEnd"/>
      <w:r w:rsidRPr="00176362">
        <w:rPr>
          <w:rFonts w:ascii="Times New Roman" w:hAnsi="Times New Roman" w:cs="Times New Roman"/>
          <w:sz w:val="24"/>
          <w:szCs w:val="24"/>
        </w:rPr>
        <w:t>a) candidato(a)</w:t>
      </w:r>
    </w:p>
    <w:p w14:paraId="52325EBF" w14:textId="201855D1" w:rsidR="00311719" w:rsidRPr="00176362" w:rsidRDefault="00311719" w:rsidP="0031171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169B866" w14:textId="77777777" w:rsidR="00311719" w:rsidRPr="00176362" w:rsidRDefault="00311719" w:rsidP="0031171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76362">
        <w:rPr>
          <w:rFonts w:ascii="Times New Roman" w:hAnsi="Times New Roman" w:cs="Times New Roman"/>
          <w:b/>
          <w:sz w:val="24"/>
          <w:szCs w:val="24"/>
        </w:rPr>
        <w:t>CHECK-LIST DE DOCUMENTAÇÃO</w:t>
      </w:r>
    </w:p>
    <w:tbl>
      <w:tblPr>
        <w:tblStyle w:val="Tabelacomgrade"/>
        <w:tblW w:w="9747" w:type="dxa"/>
        <w:jc w:val="center"/>
        <w:tblLayout w:type="fixed"/>
        <w:tblLook w:val="04A0" w:firstRow="1" w:lastRow="0" w:firstColumn="1" w:lastColumn="0" w:noHBand="0" w:noVBand="1"/>
      </w:tblPr>
      <w:tblGrid>
        <w:gridCol w:w="817"/>
        <w:gridCol w:w="5528"/>
        <w:gridCol w:w="1701"/>
        <w:gridCol w:w="1701"/>
      </w:tblGrid>
      <w:tr w:rsidR="00311719" w:rsidRPr="00176362" w14:paraId="5B95D08F" w14:textId="77777777" w:rsidTr="00176362">
        <w:trPr>
          <w:jc w:val="center"/>
        </w:trPr>
        <w:tc>
          <w:tcPr>
            <w:tcW w:w="817" w:type="dxa"/>
            <w:shd w:val="clear" w:color="auto" w:fill="00B0F0"/>
            <w:vAlign w:val="center"/>
          </w:tcPr>
          <w:p w14:paraId="7FD41A49" w14:textId="77777777" w:rsidR="00311719" w:rsidRPr="00176362" w:rsidRDefault="00311719" w:rsidP="003117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362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5528" w:type="dxa"/>
            <w:shd w:val="clear" w:color="auto" w:fill="00B0F0"/>
            <w:vAlign w:val="center"/>
          </w:tcPr>
          <w:p w14:paraId="07015ED4" w14:textId="77777777" w:rsidR="00311719" w:rsidRPr="00176362" w:rsidRDefault="00311719" w:rsidP="003117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362">
              <w:rPr>
                <w:rFonts w:ascii="Times New Roman" w:hAnsi="Times New Roman" w:cs="Times New Roman"/>
                <w:b/>
                <w:sz w:val="24"/>
                <w:szCs w:val="24"/>
              </w:rPr>
              <w:t>Documento</w:t>
            </w:r>
          </w:p>
        </w:tc>
        <w:tc>
          <w:tcPr>
            <w:tcW w:w="1701" w:type="dxa"/>
            <w:shd w:val="clear" w:color="auto" w:fill="00B0F0"/>
            <w:vAlign w:val="center"/>
          </w:tcPr>
          <w:p w14:paraId="5A9FABAD" w14:textId="77777777" w:rsidR="00311719" w:rsidRPr="00176362" w:rsidRDefault="00311719" w:rsidP="003117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3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Conferência </w:t>
            </w:r>
            <w:proofErr w:type="gramStart"/>
            <w:r w:rsidRPr="00176362">
              <w:rPr>
                <w:rFonts w:ascii="Times New Roman" w:hAnsi="Times New Roman" w:cs="Times New Roman"/>
                <w:b/>
                <w:sz w:val="24"/>
                <w:szCs w:val="24"/>
              </w:rPr>
              <w:t>do(</w:t>
            </w:r>
            <w:proofErr w:type="gramEnd"/>
            <w:r w:rsidRPr="00176362">
              <w:rPr>
                <w:rFonts w:ascii="Times New Roman" w:hAnsi="Times New Roman" w:cs="Times New Roman"/>
                <w:b/>
                <w:sz w:val="24"/>
                <w:szCs w:val="24"/>
              </w:rPr>
              <w:t>a) candidato(a)</w:t>
            </w:r>
          </w:p>
        </w:tc>
        <w:tc>
          <w:tcPr>
            <w:tcW w:w="1701" w:type="dxa"/>
            <w:shd w:val="clear" w:color="auto" w:fill="00B0F0"/>
            <w:vAlign w:val="center"/>
          </w:tcPr>
          <w:p w14:paraId="3A8A02AF" w14:textId="77777777" w:rsidR="00311719" w:rsidRPr="00176362" w:rsidRDefault="00311719" w:rsidP="003117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362">
              <w:rPr>
                <w:rFonts w:ascii="Times New Roman" w:hAnsi="Times New Roman" w:cs="Times New Roman"/>
                <w:b/>
                <w:sz w:val="24"/>
                <w:szCs w:val="24"/>
              </w:rPr>
              <w:t>Conferência institucional</w:t>
            </w:r>
          </w:p>
        </w:tc>
      </w:tr>
      <w:tr w:rsidR="004C66C6" w:rsidRPr="00176362" w14:paraId="12B7F249" w14:textId="77777777" w:rsidTr="00176362">
        <w:trPr>
          <w:jc w:val="center"/>
        </w:trPr>
        <w:tc>
          <w:tcPr>
            <w:tcW w:w="817" w:type="dxa"/>
            <w:vAlign w:val="center"/>
          </w:tcPr>
          <w:p w14:paraId="1D6EE7C0" w14:textId="77777777" w:rsidR="004C66C6" w:rsidRPr="00176362" w:rsidRDefault="004C66C6" w:rsidP="003117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5528" w:type="dxa"/>
          </w:tcPr>
          <w:p w14:paraId="42BD7682" w14:textId="32D36B40" w:rsidR="004C66C6" w:rsidRPr="00176362" w:rsidRDefault="004C66C6" w:rsidP="0031171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6362">
              <w:rPr>
                <w:color w:val="0F1115"/>
              </w:rPr>
              <w:t xml:space="preserve">Requerimento de inscrição e </w:t>
            </w:r>
            <w:proofErr w:type="spellStart"/>
            <w:r w:rsidRPr="00176362">
              <w:rPr>
                <w:color w:val="0F1115"/>
              </w:rPr>
              <w:t>Check-list</w:t>
            </w:r>
            <w:proofErr w:type="spellEnd"/>
            <w:r w:rsidRPr="00176362">
              <w:rPr>
                <w:color w:val="0F1115"/>
              </w:rPr>
              <w:t xml:space="preserve"> – conforme Anexo I deste Edital;</w:t>
            </w:r>
          </w:p>
        </w:tc>
        <w:tc>
          <w:tcPr>
            <w:tcW w:w="1701" w:type="dxa"/>
            <w:vAlign w:val="center"/>
          </w:tcPr>
          <w:p w14:paraId="7978372F" w14:textId="77777777" w:rsidR="004C66C6" w:rsidRPr="00176362" w:rsidRDefault="004C66C6" w:rsidP="00311719">
            <w:pPr>
              <w:spacing w:line="360" w:lineRule="auto"/>
              <w:jc w:val="center"/>
            </w:pPr>
            <w:proofErr w:type="gramStart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 xml:space="preserve">(     </w:t>
            </w:r>
            <w:proofErr w:type="gramEnd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14:paraId="13E9FDBD" w14:textId="77777777" w:rsidR="004C66C6" w:rsidRPr="00176362" w:rsidRDefault="004C66C6" w:rsidP="00311719">
            <w:pPr>
              <w:spacing w:line="360" w:lineRule="auto"/>
              <w:jc w:val="center"/>
            </w:pPr>
            <w:proofErr w:type="gramStart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 xml:space="preserve">(     </w:t>
            </w:r>
            <w:proofErr w:type="gramEnd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C66C6" w:rsidRPr="00176362" w14:paraId="12D3067B" w14:textId="77777777" w:rsidTr="00176362">
        <w:trPr>
          <w:jc w:val="center"/>
        </w:trPr>
        <w:tc>
          <w:tcPr>
            <w:tcW w:w="817" w:type="dxa"/>
            <w:vAlign w:val="center"/>
          </w:tcPr>
          <w:p w14:paraId="35D69DF5" w14:textId="77777777" w:rsidR="004C66C6" w:rsidRPr="00176362" w:rsidRDefault="004C66C6" w:rsidP="003117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5528" w:type="dxa"/>
          </w:tcPr>
          <w:p w14:paraId="057685C4" w14:textId="41922EC0" w:rsidR="004C66C6" w:rsidRPr="00176362" w:rsidRDefault="004C66C6" w:rsidP="00CF4C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6362">
              <w:rPr>
                <w:color w:val="0F1115"/>
              </w:rPr>
              <w:t xml:space="preserve">Ofício da Coordenação do Programa de Pós-Graduação de origem </w:t>
            </w:r>
            <w:proofErr w:type="gramStart"/>
            <w:r w:rsidRPr="00176362">
              <w:rPr>
                <w:color w:val="0F1115"/>
              </w:rPr>
              <w:t>do(</w:t>
            </w:r>
            <w:proofErr w:type="gramEnd"/>
            <w:r w:rsidRPr="00176362">
              <w:rPr>
                <w:color w:val="0F1115"/>
              </w:rPr>
              <w:t>a) docente especificando a categoria (PVE Júnior), o período, a instituição e o colaborador no exterior;</w:t>
            </w:r>
          </w:p>
        </w:tc>
        <w:tc>
          <w:tcPr>
            <w:tcW w:w="1701" w:type="dxa"/>
            <w:vAlign w:val="center"/>
          </w:tcPr>
          <w:p w14:paraId="2EF667CD" w14:textId="77777777" w:rsidR="004C66C6" w:rsidRPr="00176362" w:rsidRDefault="004C66C6" w:rsidP="00311719">
            <w:pPr>
              <w:spacing w:line="360" w:lineRule="auto"/>
              <w:jc w:val="center"/>
            </w:pPr>
            <w:proofErr w:type="gramStart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 xml:space="preserve">(     </w:t>
            </w:r>
            <w:proofErr w:type="gramEnd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14:paraId="3DF8F4C5" w14:textId="77777777" w:rsidR="004C66C6" w:rsidRPr="00176362" w:rsidRDefault="004C66C6" w:rsidP="00311719">
            <w:pPr>
              <w:spacing w:line="360" w:lineRule="auto"/>
              <w:jc w:val="center"/>
            </w:pPr>
            <w:proofErr w:type="gramStart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 xml:space="preserve">(     </w:t>
            </w:r>
            <w:proofErr w:type="gramEnd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C66C6" w:rsidRPr="00176362" w14:paraId="12473374" w14:textId="77777777" w:rsidTr="00176362">
        <w:trPr>
          <w:jc w:val="center"/>
        </w:trPr>
        <w:tc>
          <w:tcPr>
            <w:tcW w:w="817" w:type="dxa"/>
            <w:vAlign w:val="center"/>
          </w:tcPr>
          <w:p w14:paraId="44AC5927" w14:textId="77777777" w:rsidR="004C66C6" w:rsidRPr="00176362" w:rsidRDefault="004C66C6" w:rsidP="003117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End"/>
          </w:p>
        </w:tc>
        <w:tc>
          <w:tcPr>
            <w:tcW w:w="5528" w:type="dxa"/>
          </w:tcPr>
          <w:p w14:paraId="22E4F70D" w14:textId="188884B7" w:rsidR="004C66C6" w:rsidRPr="00176362" w:rsidRDefault="004C66C6" w:rsidP="0031171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6362">
              <w:rPr>
                <w:color w:val="0F1115"/>
              </w:rPr>
              <w:t xml:space="preserve">Currículo Lattes atualizado </w:t>
            </w:r>
            <w:proofErr w:type="gramStart"/>
            <w:r w:rsidRPr="00176362">
              <w:rPr>
                <w:color w:val="0F1115"/>
              </w:rPr>
              <w:t>do(</w:t>
            </w:r>
            <w:proofErr w:type="gramEnd"/>
            <w:r w:rsidRPr="00176362">
              <w:rPr>
                <w:color w:val="0F1115"/>
              </w:rPr>
              <w:t>a) candidato(a);</w:t>
            </w:r>
          </w:p>
        </w:tc>
        <w:tc>
          <w:tcPr>
            <w:tcW w:w="1701" w:type="dxa"/>
            <w:vAlign w:val="center"/>
          </w:tcPr>
          <w:p w14:paraId="44E664F2" w14:textId="77777777" w:rsidR="004C66C6" w:rsidRPr="00176362" w:rsidRDefault="004C66C6" w:rsidP="00311719">
            <w:pPr>
              <w:spacing w:line="360" w:lineRule="auto"/>
              <w:jc w:val="center"/>
            </w:pPr>
            <w:proofErr w:type="gramStart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 xml:space="preserve">(     </w:t>
            </w:r>
            <w:proofErr w:type="gramEnd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14:paraId="55BB6CBB" w14:textId="77777777" w:rsidR="004C66C6" w:rsidRPr="00176362" w:rsidRDefault="004C66C6" w:rsidP="00311719">
            <w:pPr>
              <w:spacing w:line="360" w:lineRule="auto"/>
              <w:jc w:val="center"/>
            </w:pPr>
            <w:proofErr w:type="gramStart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 xml:space="preserve">(     </w:t>
            </w:r>
            <w:proofErr w:type="gramEnd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C66C6" w:rsidRPr="00176362" w14:paraId="0664A9D3" w14:textId="77777777" w:rsidTr="00176362">
        <w:trPr>
          <w:jc w:val="center"/>
        </w:trPr>
        <w:tc>
          <w:tcPr>
            <w:tcW w:w="817" w:type="dxa"/>
            <w:vAlign w:val="center"/>
          </w:tcPr>
          <w:p w14:paraId="508DA3BC" w14:textId="77777777" w:rsidR="004C66C6" w:rsidRPr="00176362" w:rsidRDefault="004C66C6" w:rsidP="003117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5528" w:type="dxa"/>
          </w:tcPr>
          <w:p w14:paraId="64CF3EC8" w14:textId="48580E1D" w:rsidR="004C66C6" w:rsidRPr="00176362" w:rsidRDefault="004C66C6" w:rsidP="0031171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6362">
              <w:rPr>
                <w:color w:val="0F1115"/>
              </w:rPr>
              <w:t xml:space="preserve">Currículo resumido do </w:t>
            </w:r>
            <w:proofErr w:type="gramStart"/>
            <w:r w:rsidRPr="00176362">
              <w:rPr>
                <w:color w:val="0F1115"/>
              </w:rPr>
              <w:t>colaborador(</w:t>
            </w:r>
            <w:proofErr w:type="gramEnd"/>
            <w:r w:rsidRPr="00176362">
              <w:rPr>
                <w:color w:val="0F1115"/>
              </w:rPr>
              <w:t>a) estrangeiro(a);</w:t>
            </w:r>
          </w:p>
        </w:tc>
        <w:tc>
          <w:tcPr>
            <w:tcW w:w="1701" w:type="dxa"/>
            <w:vAlign w:val="center"/>
          </w:tcPr>
          <w:p w14:paraId="7DA8768A" w14:textId="77777777" w:rsidR="004C66C6" w:rsidRPr="00176362" w:rsidRDefault="004C66C6" w:rsidP="00311719">
            <w:pPr>
              <w:spacing w:line="360" w:lineRule="auto"/>
              <w:jc w:val="center"/>
            </w:pPr>
            <w:proofErr w:type="gramStart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 xml:space="preserve">(     </w:t>
            </w:r>
            <w:proofErr w:type="gramEnd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14:paraId="42D87DF3" w14:textId="77777777" w:rsidR="004C66C6" w:rsidRPr="00176362" w:rsidRDefault="004C66C6" w:rsidP="00311719">
            <w:pPr>
              <w:spacing w:line="360" w:lineRule="auto"/>
              <w:jc w:val="center"/>
            </w:pPr>
            <w:proofErr w:type="gramStart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 xml:space="preserve">(     </w:t>
            </w:r>
            <w:proofErr w:type="gramEnd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C66C6" w:rsidRPr="00176362" w14:paraId="0E82C1E6" w14:textId="77777777" w:rsidTr="00176362">
        <w:trPr>
          <w:jc w:val="center"/>
        </w:trPr>
        <w:tc>
          <w:tcPr>
            <w:tcW w:w="817" w:type="dxa"/>
            <w:vAlign w:val="center"/>
          </w:tcPr>
          <w:p w14:paraId="5ED3AF42" w14:textId="77777777" w:rsidR="004C66C6" w:rsidRPr="00176362" w:rsidRDefault="004C66C6" w:rsidP="003117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proofErr w:type="gramEnd"/>
          </w:p>
        </w:tc>
        <w:tc>
          <w:tcPr>
            <w:tcW w:w="5528" w:type="dxa"/>
          </w:tcPr>
          <w:p w14:paraId="79F76C3C" w14:textId="435E2E44" w:rsidR="004C66C6" w:rsidRPr="00176362" w:rsidRDefault="004C66C6" w:rsidP="00CF4C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6362">
              <w:rPr>
                <w:color w:val="0F1115"/>
              </w:rPr>
              <w:t>Carta de aceite definitiva da instituição de destino (Anexo II), em papel timbrado, com identificação do proj</w:t>
            </w:r>
            <w:r w:rsidR="00CF4C41" w:rsidRPr="00176362">
              <w:rPr>
                <w:color w:val="0F1115"/>
              </w:rPr>
              <w:t>eto/plano de trabalho e período</w:t>
            </w:r>
            <w:r w:rsidRPr="00176362">
              <w:rPr>
                <w:color w:val="0F1115"/>
              </w:rPr>
              <w:t>;</w:t>
            </w:r>
          </w:p>
        </w:tc>
        <w:tc>
          <w:tcPr>
            <w:tcW w:w="1701" w:type="dxa"/>
            <w:vAlign w:val="center"/>
          </w:tcPr>
          <w:p w14:paraId="24004444" w14:textId="77777777" w:rsidR="004C66C6" w:rsidRPr="00176362" w:rsidRDefault="004C66C6" w:rsidP="00311719">
            <w:pPr>
              <w:spacing w:line="360" w:lineRule="auto"/>
              <w:jc w:val="center"/>
            </w:pPr>
            <w:proofErr w:type="gramStart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 xml:space="preserve">(     </w:t>
            </w:r>
            <w:proofErr w:type="gramEnd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14:paraId="3947B1F4" w14:textId="77777777" w:rsidR="004C66C6" w:rsidRPr="00176362" w:rsidRDefault="004C66C6" w:rsidP="00311719">
            <w:pPr>
              <w:spacing w:line="360" w:lineRule="auto"/>
              <w:jc w:val="center"/>
            </w:pPr>
            <w:proofErr w:type="gramStart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 xml:space="preserve">(     </w:t>
            </w:r>
            <w:proofErr w:type="gramEnd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C66C6" w:rsidRPr="00176362" w14:paraId="0B3E79E0" w14:textId="77777777" w:rsidTr="00176362">
        <w:trPr>
          <w:jc w:val="center"/>
        </w:trPr>
        <w:tc>
          <w:tcPr>
            <w:tcW w:w="817" w:type="dxa"/>
            <w:vAlign w:val="center"/>
          </w:tcPr>
          <w:p w14:paraId="49554961" w14:textId="77777777" w:rsidR="004C66C6" w:rsidRPr="00176362" w:rsidRDefault="004C66C6" w:rsidP="003117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5528" w:type="dxa"/>
          </w:tcPr>
          <w:p w14:paraId="67ECEA40" w14:textId="3D0ED5C4" w:rsidR="004C66C6" w:rsidRPr="00176362" w:rsidRDefault="004C66C6" w:rsidP="0031171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6362">
              <w:rPr>
                <w:color w:val="0F1115"/>
              </w:rPr>
              <w:t>Parecer consubstanciado da Comissão de Pós-Graduação do PPG de origem, com tempo de credenciamento, categoria do docente e resultados esperados;</w:t>
            </w:r>
          </w:p>
        </w:tc>
        <w:tc>
          <w:tcPr>
            <w:tcW w:w="1701" w:type="dxa"/>
            <w:vAlign w:val="center"/>
          </w:tcPr>
          <w:p w14:paraId="06E37531" w14:textId="77777777" w:rsidR="004C66C6" w:rsidRPr="00176362" w:rsidRDefault="004C66C6" w:rsidP="00311719">
            <w:pPr>
              <w:spacing w:line="360" w:lineRule="auto"/>
              <w:jc w:val="center"/>
            </w:pPr>
            <w:proofErr w:type="gramStart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 xml:space="preserve">(     </w:t>
            </w:r>
            <w:proofErr w:type="gramEnd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14:paraId="5F138768" w14:textId="77777777" w:rsidR="004C66C6" w:rsidRPr="00176362" w:rsidRDefault="004C66C6" w:rsidP="00311719">
            <w:pPr>
              <w:spacing w:line="360" w:lineRule="auto"/>
              <w:jc w:val="center"/>
            </w:pPr>
            <w:proofErr w:type="gramStart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 xml:space="preserve">(     </w:t>
            </w:r>
            <w:proofErr w:type="gramEnd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C66C6" w:rsidRPr="00176362" w14:paraId="799A0B07" w14:textId="77777777" w:rsidTr="00176362">
        <w:trPr>
          <w:jc w:val="center"/>
        </w:trPr>
        <w:tc>
          <w:tcPr>
            <w:tcW w:w="817" w:type="dxa"/>
            <w:vAlign w:val="center"/>
          </w:tcPr>
          <w:p w14:paraId="76D638B9" w14:textId="77777777" w:rsidR="004C66C6" w:rsidRPr="00176362" w:rsidRDefault="004C66C6" w:rsidP="003117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End"/>
          </w:p>
        </w:tc>
        <w:tc>
          <w:tcPr>
            <w:tcW w:w="5528" w:type="dxa"/>
          </w:tcPr>
          <w:p w14:paraId="134B13CF" w14:textId="7D2B97A4" w:rsidR="004C66C6" w:rsidRPr="00176362" w:rsidRDefault="004C66C6" w:rsidP="0031171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6362">
              <w:rPr>
                <w:color w:val="0F1115"/>
              </w:rPr>
              <w:t>Cópia do RG ou documento de identificação;</w:t>
            </w:r>
          </w:p>
        </w:tc>
        <w:tc>
          <w:tcPr>
            <w:tcW w:w="1701" w:type="dxa"/>
            <w:vAlign w:val="center"/>
          </w:tcPr>
          <w:p w14:paraId="4243B6C1" w14:textId="206A7FA6" w:rsidR="004C66C6" w:rsidRPr="00176362" w:rsidRDefault="004C66C6" w:rsidP="003117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 xml:space="preserve">(     </w:t>
            </w:r>
            <w:proofErr w:type="gramEnd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14:paraId="3AC6D9B0" w14:textId="30AFD02F" w:rsidR="004C66C6" w:rsidRPr="00176362" w:rsidRDefault="004C66C6" w:rsidP="003117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 xml:space="preserve">(     </w:t>
            </w:r>
            <w:proofErr w:type="gramEnd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C66C6" w:rsidRPr="00176362" w14:paraId="022475BC" w14:textId="77777777" w:rsidTr="00176362">
        <w:trPr>
          <w:jc w:val="center"/>
        </w:trPr>
        <w:tc>
          <w:tcPr>
            <w:tcW w:w="817" w:type="dxa"/>
            <w:vAlign w:val="center"/>
          </w:tcPr>
          <w:p w14:paraId="25A6006F" w14:textId="77777777" w:rsidR="004C66C6" w:rsidRPr="00176362" w:rsidRDefault="004C66C6" w:rsidP="003117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End"/>
          </w:p>
        </w:tc>
        <w:tc>
          <w:tcPr>
            <w:tcW w:w="5528" w:type="dxa"/>
          </w:tcPr>
          <w:p w14:paraId="6C6B6396" w14:textId="0C656DCF" w:rsidR="004C66C6" w:rsidRPr="00176362" w:rsidRDefault="004C66C6" w:rsidP="0031171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6362">
              <w:rPr>
                <w:color w:val="0F1115"/>
              </w:rPr>
              <w:t xml:space="preserve">Proposta de trabalho em português (máx. 15 páginas), contendo: título, tema estratégico (Desastres Climáticos e Ambientais), justificativa, antecedentes de parceria, cronograma de </w:t>
            </w:r>
            <w:proofErr w:type="gramStart"/>
            <w:r w:rsidRPr="00176362">
              <w:rPr>
                <w:color w:val="0F1115"/>
              </w:rPr>
              <w:t>3</w:t>
            </w:r>
            <w:proofErr w:type="gramEnd"/>
            <w:r w:rsidRPr="00176362">
              <w:rPr>
                <w:color w:val="0F1115"/>
              </w:rPr>
              <w:t xml:space="preserve"> meses, produtos esperados e plano de internalização dos resultados na instituição de origem e na REDECLIMA.</w:t>
            </w:r>
          </w:p>
        </w:tc>
        <w:tc>
          <w:tcPr>
            <w:tcW w:w="1701" w:type="dxa"/>
            <w:vAlign w:val="center"/>
          </w:tcPr>
          <w:p w14:paraId="6ED85359" w14:textId="63D25C7C" w:rsidR="004C66C6" w:rsidRPr="00176362" w:rsidRDefault="004C66C6" w:rsidP="003117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 xml:space="preserve">(     </w:t>
            </w:r>
            <w:proofErr w:type="gramEnd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14:paraId="7C025FDC" w14:textId="1832F0D8" w:rsidR="004C66C6" w:rsidRPr="00176362" w:rsidRDefault="004C66C6" w:rsidP="003117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 xml:space="preserve">(     </w:t>
            </w:r>
            <w:proofErr w:type="gramEnd"/>
            <w:r w:rsidRPr="001763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58BC1889" w14:textId="77777777" w:rsidR="00311719" w:rsidRPr="00176362" w:rsidRDefault="00311719" w:rsidP="00F86B7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311719" w:rsidRPr="00176362" w:rsidSect="00034616">
      <w:headerReference w:type="default" r:id="rId10"/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78CB00E" w15:done="0"/>
  <w15:commentEx w15:paraId="3E815DA2" w15:done="0"/>
  <w15:commentEx w15:paraId="41823E11" w15:done="0"/>
  <w15:commentEx w15:paraId="473F9310" w15:done="0"/>
  <w15:commentEx w15:paraId="6B3AA497" w15:paraIdParent="473F9310" w15:done="0"/>
  <w15:commentEx w15:paraId="7479174A" w15:done="0"/>
  <w15:commentEx w15:paraId="1CD6B0FA" w15:paraIdParent="7479174A" w15:done="0"/>
  <w15:commentEx w15:paraId="0B9E2FC6" w15:done="0"/>
  <w15:commentEx w15:paraId="798F176D" w15:done="0"/>
  <w15:commentEx w15:paraId="22266434" w15:done="0"/>
  <w15:commentEx w15:paraId="1F0626ED" w15:paraIdParent="22266434" w15:done="0"/>
  <w15:commentEx w15:paraId="45C36A57" w15:done="0"/>
  <w15:commentEx w15:paraId="59FF82BB" w15:done="0"/>
  <w15:commentEx w15:paraId="63ABF3A7" w15:done="0"/>
  <w15:commentEx w15:paraId="54CB128C" w15:done="0"/>
  <w15:commentEx w15:paraId="069BE2E3" w15:done="0"/>
  <w15:commentEx w15:paraId="21CDECA2" w15:done="0"/>
  <w15:commentEx w15:paraId="1D1629DF" w15:done="0"/>
  <w15:commentEx w15:paraId="0939FDB6" w15:done="0"/>
  <w15:commentEx w15:paraId="79292816" w15:done="0"/>
  <w15:commentEx w15:paraId="656425C9" w15:done="0"/>
  <w15:commentEx w15:paraId="404D3873" w15:done="0"/>
  <w15:commentEx w15:paraId="315B7D5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A73A741" w16cex:dateUtc="2026-05-23T21:06:00Z"/>
  <w16cex:commentExtensible w16cex:durableId="5A0F2891" w16cex:dateUtc="2026-05-23T21:13:00Z"/>
  <w16cex:commentExtensible w16cex:durableId="21B7B115" w16cex:dateUtc="2026-05-23T21:14:00Z"/>
  <w16cex:commentExtensible w16cex:durableId="4299C647" w16cex:dateUtc="2026-05-23T21:17:00Z"/>
  <w16cex:commentExtensible w16cex:durableId="70DD190C" w16cex:dateUtc="2026-05-23T21:24:00Z"/>
  <w16cex:commentExtensible w16cex:durableId="6263EB09" w16cex:dateUtc="2026-05-23T21:18:00Z"/>
  <w16cex:commentExtensible w16cex:durableId="4DC099F2" w16cex:dateUtc="2026-05-23T21:19:00Z"/>
  <w16cex:commentExtensible w16cex:durableId="61520C7B" w16cex:dateUtc="2026-05-23T21:20:00Z"/>
  <w16cex:commentExtensible w16cex:durableId="6FAA0665" w16cex:dateUtc="2026-05-23T21:22:00Z"/>
  <w16cex:commentExtensible w16cex:durableId="6FB43970" w16cex:dateUtc="2026-05-23T21:25:00Z"/>
  <w16cex:commentExtensible w16cex:durableId="5295CA98" w16cex:dateUtc="2026-05-23T21:25:00Z"/>
  <w16cex:commentExtensible w16cex:durableId="21E90DA7" w16cex:dateUtc="2026-05-23T21:26:00Z"/>
  <w16cex:commentExtensible w16cex:durableId="3C3A70EE" w16cex:dateUtc="2026-05-23T21:27:00Z"/>
  <w16cex:commentExtensible w16cex:durableId="21BC19BD" w16cex:dateUtc="2026-05-23T21:27:00Z"/>
  <w16cex:commentExtensible w16cex:durableId="368A20DF" w16cex:dateUtc="2026-05-23T21:29:00Z"/>
  <w16cex:commentExtensible w16cex:durableId="370AF48B" w16cex:dateUtc="2026-05-23T21:30:00Z"/>
  <w16cex:commentExtensible w16cex:durableId="47F73699" w16cex:dateUtc="2026-05-23T21:31:00Z"/>
  <w16cex:commentExtensible w16cex:durableId="27E4E199" w16cex:dateUtc="2026-05-23T21:48:00Z"/>
  <w16cex:commentExtensible w16cex:durableId="6BC7C71E" w16cex:dateUtc="2026-05-23T21:31:00Z"/>
  <w16cex:commentExtensible w16cex:durableId="2978F830" w16cex:dateUtc="2026-05-23T21:33:00Z"/>
  <w16cex:commentExtensible w16cex:durableId="59E27D15" w16cex:dateUtc="2026-05-23T21:34:00Z"/>
  <w16cex:commentExtensible w16cex:durableId="2C3FD6DA" w16cex:dateUtc="2026-05-23T21:44:00Z"/>
  <w16cex:commentExtensible w16cex:durableId="2262CBE5" w16cex:dateUtc="2026-05-23T21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78CB00E" w16cid:durableId="7A73A741"/>
  <w16cid:commentId w16cid:paraId="3E815DA2" w16cid:durableId="5A0F2891"/>
  <w16cid:commentId w16cid:paraId="41823E11" w16cid:durableId="21B7B115"/>
  <w16cid:commentId w16cid:paraId="473F9310" w16cid:durableId="4299C647"/>
  <w16cid:commentId w16cid:paraId="6B3AA497" w16cid:durableId="70DD190C"/>
  <w16cid:commentId w16cid:paraId="7479174A" w16cid:durableId="6263EB09"/>
  <w16cid:commentId w16cid:paraId="1CD6B0FA" w16cid:durableId="4DC099F2"/>
  <w16cid:commentId w16cid:paraId="0B9E2FC6" w16cid:durableId="61520C7B"/>
  <w16cid:commentId w16cid:paraId="798F176D" w16cid:durableId="6FAA0665"/>
  <w16cid:commentId w16cid:paraId="22266434" w16cid:durableId="6FB43970"/>
  <w16cid:commentId w16cid:paraId="1F0626ED" w16cid:durableId="5295CA98"/>
  <w16cid:commentId w16cid:paraId="45C36A57" w16cid:durableId="21E90DA7"/>
  <w16cid:commentId w16cid:paraId="59FF82BB" w16cid:durableId="3C3A70EE"/>
  <w16cid:commentId w16cid:paraId="63ABF3A7" w16cid:durableId="21BC19BD"/>
  <w16cid:commentId w16cid:paraId="54CB128C" w16cid:durableId="368A20DF"/>
  <w16cid:commentId w16cid:paraId="069BE2E3" w16cid:durableId="370AF48B"/>
  <w16cid:commentId w16cid:paraId="21CDECA2" w16cid:durableId="47F73699"/>
  <w16cid:commentId w16cid:paraId="1D1629DF" w16cid:durableId="27E4E199"/>
  <w16cid:commentId w16cid:paraId="0939FDB6" w16cid:durableId="6BC7C71E"/>
  <w16cid:commentId w16cid:paraId="79292816" w16cid:durableId="2978F830"/>
  <w16cid:commentId w16cid:paraId="656425C9" w16cid:durableId="59E27D15"/>
  <w16cid:commentId w16cid:paraId="404D3873" w16cid:durableId="2C3FD6DA"/>
  <w16cid:commentId w16cid:paraId="315B7D50" w16cid:durableId="2262CBE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B449E2" w14:textId="77777777" w:rsidR="007A5504" w:rsidRDefault="007A5504" w:rsidP="00F77790">
      <w:pPr>
        <w:spacing w:after="0" w:line="240" w:lineRule="auto"/>
      </w:pPr>
      <w:r>
        <w:separator/>
      </w:r>
    </w:p>
  </w:endnote>
  <w:endnote w:type="continuationSeparator" w:id="0">
    <w:p w14:paraId="475B6002" w14:textId="77777777" w:rsidR="007A5504" w:rsidRDefault="007A5504" w:rsidP="00F77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3C2386" w14:textId="7B6A37A5" w:rsidR="00311719" w:rsidRDefault="00311719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34E5A3B0" wp14:editId="39C581DC">
          <wp:simplePos x="0" y="0"/>
          <wp:positionH relativeFrom="margin">
            <wp:posOffset>23495</wp:posOffset>
          </wp:positionH>
          <wp:positionV relativeFrom="margin">
            <wp:posOffset>7606030</wp:posOffset>
          </wp:positionV>
          <wp:extent cx="409575" cy="377825"/>
          <wp:effectExtent l="0" t="0" r="9525" b="3175"/>
          <wp:wrapSquare wrapText="bothSides"/>
          <wp:docPr id="1" name="Imagem 1" descr="C:\Users\edson.mendes\Desktop\CAPES Global Editais\Identidade_Visual_CAP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dson.mendes\Desktop\CAPES Global Editais\Identidade_Visual_CAP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377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B0E877" w14:textId="77777777" w:rsidR="007A5504" w:rsidRDefault="007A5504" w:rsidP="00F77790">
      <w:pPr>
        <w:spacing w:after="0" w:line="240" w:lineRule="auto"/>
      </w:pPr>
      <w:r>
        <w:separator/>
      </w:r>
    </w:p>
  </w:footnote>
  <w:footnote w:type="continuationSeparator" w:id="0">
    <w:p w14:paraId="13156272" w14:textId="77777777" w:rsidR="007A5504" w:rsidRDefault="007A5504" w:rsidP="00F77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EDC07B" w14:textId="77777777" w:rsidR="00311719" w:rsidRDefault="00311719" w:rsidP="00311719">
    <w:pPr>
      <w:spacing w:after="0" w:line="240" w:lineRule="auto"/>
      <w:jc w:val="center"/>
      <w:rPr>
        <w:rFonts w:cstheme="majorHAnsi"/>
        <w:b/>
        <w:sz w:val="24"/>
        <w:szCs w:val="24"/>
      </w:rPr>
    </w:pPr>
    <w:r>
      <w:rPr>
        <w:rFonts w:cstheme="majorHAnsi"/>
        <w:b/>
        <w:noProof/>
        <w:sz w:val="24"/>
        <w:szCs w:val="24"/>
        <w:lang w:eastAsia="pt-BR"/>
      </w:rPr>
      <w:drawing>
        <wp:inline distT="0" distB="0" distL="0" distR="0" wp14:anchorId="24E46C44" wp14:editId="6A1A20BD">
          <wp:extent cx="2028825" cy="483484"/>
          <wp:effectExtent l="0" t="0" r="0" b="0"/>
          <wp:docPr id="8" name="Imagem 8" descr="C:\Users\edson.mendes\Desktop\CAPES GLOBAL\Nova pasta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edson.mendes\Desktop\CAPES GLOBAL\Nova pasta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483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FDD2F4" w14:textId="77777777" w:rsidR="00311719" w:rsidRDefault="00311719" w:rsidP="00311719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</w:p>
  <w:p w14:paraId="24928AD2" w14:textId="77777777" w:rsidR="00311719" w:rsidRPr="00311719" w:rsidRDefault="00311719" w:rsidP="00311719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  <w:r w:rsidRPr="00311719">
      <w:rPr>
        <w:rFonts w:ascii="Arial" w:hAnsi="Arial" w:cs="Arial"/>
        <w:b/>
        <w:sz w:val="24"/>
        <w:szCs w:val="24"/>
      </w:rPr>
      <w:t>PROGRAMA REDES PARA INTERNACIONALIZAÇÃO INSTITUCIONAL – CAPES-Global.Edu</w:t>
    </w:r>
  </w:p>
  <w:p w14:paraId="6D2F2487" w14:textId="77777777" w:rsidR="00F77790" w:rsidRPr="00F77790" w:rsidRDefault="00F7779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4E90D3D"/>
    <w:multiLevelType w:val="hybridMultilevel"/>
    <w:tmpl w:val="CC2C441E"/>
    <w:lvl w:ilvl="0" w:tplc="C1242F9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5D789A"/>
    <w:multiLevelType w:val="hybridMultilevel"/>
    <w:tmpl w:val="0D386E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284010D"/>
    <w:multiLevelType w:val="hybridMultilevel"/>
    <w:tmpl w:val="E6BC36D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3F2C03"/>
    <w:multiLevelType w:val="multilevel"/>
    <w:tmpl w:val="4C04B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2376089"/>
    <w:multiLevelType w:val="hybridMultilevel"/>
    <w:tmpl w:val="551EB8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6938A4"/>
    <w:multiLevelType w:val="hybridMultilevel"/>
    <w:tmpl w:val="3A0416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6F17DD"/>
    <w:multiLevelType w:val="hybridMultilevel"/>
    <w:tmpl w:val="4A4CB18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86202A"/>
    <w:multiLevelType w:val="multilevel"/>
    <w:tmpl w:val="759C7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FC23433"/>
    <w:multiLevelType w:val="multilevel"/>
    <w:tmpl w:val="AAAE8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2C9696D"/>
    <w:multiLevelType w:val="multilevel"/>
    <w:tmpl w:val="A8B47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2D519FA"/>
    <w:multiLevelType w:val="hybridMultilevel"/>
    <w:tmpl w:val="6E32E3A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C0376C"/>
    <w:multiLevelType w:val="hybridMultilevel"/>
    <w:tmpl w:val="F468E3F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AB4672C"/>
    <w:multiLevelType w:val="hybridMultilevel"/>
    <w:tmpl w:val="ABE288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AD20E8"/>
    <w:multiLevelType w:val="hybridMultilevel"/>
    <w:tmpl w:val="587A96F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3A18BB"/>
    <w:multiLevelType w:val="hybridMultilevel"/>
    <w:tmpl w:val="B178FAE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FE7B15"/>
    <w:multiLevelType w:val="multilevel"/>
    <w:tmpl w:val="56AEA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A6E5284"/>
    <w:multiLevelType w:val="multilevel"/>
    <w:tmpl w:val="C2ACB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D9968CB"/>
    <w:multiLevelType w:val="hybridMultilevel"/>
    <w:tmpl w:val="741824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694111"/>
    <w:multiLevelType w:val="hybridMultilevel"/>
    <w:tmpl w:val="C37ACD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24"/>
  </w:num>
  <w:num w:numId="12">
    <w:abstractNumId w:val="12"/>
  </w:num>
  <w:num w:numId="13">
    <w:abstractNumId w:val="14"/>
  </w:num>
  <w:num w:numId="14">
    <w:abstractNumId w:val="20"/>
  </w:num>
  <w:num w:numId="15">
    <w:abstractNumId w:val="22"/>
  </w:num>
  <w:num w:numId="16">
    <w:abstractNumId w:val="26"/>
  </w:num>
  <w:num w:numId="17">
    <w:abstractNumId w:val="25"/>
  </w:num>
  <w:num w:numId="18">
    <w:abstractNumId w:val="16"/>
  </w:num>
  <w:num w:numId="19">
    <w:abstractNumId w:val="17"/>
  </w:num>
  <w:num w:numId="20">
    <w:abstractNumId w:val="21"/>
  </w:num>
  <w:num w:numId="21">
    <w:abstractNumId w:val="23"/>
  </w:num>
  <w:num w:numId="22">
    <w:abstractNumId w:val="27"/>
  </w:num>
  <w:num w:numId="23">
    <w:abstractNumId w:val="18"/>
  </w:num>
  <w:num w:numId="24">
    <w:abstractNumId w:val="9"/>
  </w:num>
  <w:num w:numId="25">
    <w:abstractNumId w:val="13"/>
  </w:num>
  <w:num w:numId="26">
    <w:abstractNumId w:val="15"/>
  </w:num>
  <w:num w:numId="27">
    <w:abstractNumId w:val="11"/>
  </w:num>
  <w:num w:numId="28">
    <w:abstractNumId w:val="1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anessa Silveira Barreto Carvalho">
    <w15:presenceInfo w15:providerId="Windows Live" w15:userId="866c8ef0d0c6f50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0841"/>
    <w:rsid w:val="00034616"/>
    <w:rsid w:val="000462DD"/>
    <w:rsid w:val="00047460"/>
    <w:rsid w:val="0006063C"/>
    <w:rsid w:val="00084D55"/>
    <w:rsid w:val="00093730"/>
    <w:rsid w:val="000A5DA1"/>
    <w:rsid w:val="000E7B21"/>
    <w:rsid w:val="00134B7E"/>
    <w:rsid w:val="0015074B"/>
    <w:rsid w:val="00154676"/>
    <w:rsid w:val="001625B6"/>
    <w:rsid w:val="0017128F"/>
    <w:rsid w:val="001751D6"/>
    <w:rsid w:val="00175BA9"/>
    <w:rsid w:val="00176362"/>
    <w:rsid w:val="0019070B"/>
    <w:rsid w:val="00196BE3"/>
    <w:rsid w:val="001A14BE"/>
    <w:rsid w:val="001B169A"/>
    <w:rsid w:val="001C0059"/>
    <w:rsid w:val="001C4EDE"/>
    <w:rsid w:val="001D24EF"/>
    <w:rsid w:val="001D5D3D"/>
    <w:rsid w:val="001E00B8"/>
    <w:rsid w:val="00220597"/>
    <w:rsid w:val="0024798F"/>
    <w:rsid w:val="0029639D"/>
    <w:rsid w:val="00311719"/>
    <w:rsid w:val="00326F90"/>
    <w:rsid w:val="00360AF8"/>
    <w:rsid w:val="00364FBC"/>
    <w:rsid w:val="00386E39"/>
    <w:rsid w:val="00392493"/>
    <w:rsid w:val="00402C65"/>
    <w:rsid w:val="0040371C"/>
    <w:rsid w:val="004441DB"/>
    <w:rsid w:val="00450A13"/>
    <w:rsid w:val="0046500F"/>
    <w:rsid w:val="00482210"/>
    <w:rsid w:val="004C1EDE"/>
    <w:rsid w:val="004C2638"/>
    <w:rsid w:val="004C5F93"/>
    <w:rsid w:val="004C66C6"/>
    <w:rsid w:val="004D3D03"/>
    <w:rsid w:val="005425C1"/>
    <w:rsid w:val="00580B76"/>
    <w:rsid w:val="00580C8C"/>
    <w:rsid w:val="0058144F"/>
    <w:rsid w:val="005A6348"/>
    <w:rsid w:val="005D158B"/>
    <w:rsid w:val="005F6B55"/>
    <w:rsid w:val="006436FF"/>
    <w:rsid w:val="006969BD"/>
    <w:rsid w:val="006D6147"/>
    <w:rsid w:val="006E0CA7"/>
    <w:rsid w:val="006E2B07"/>
    <w:rsid w:val="00700910"/>
    <w:rsid w:val="00706CC1"/>
    <w:rsid w:val="007364F9"/>
    <w:rsid w:val="0077184A"/>
    <w:rsid w:val="007A5504"/>
    <w:rsid w:val="007E68C9"/>
    <w:rsid w:val="0082256B"/>
    <w:rsid w:val="0083398D"/>
    <w:rsid w:val="00851760"/>
    <w:rsid w:val="008654E0"/>
    <w:rsid w:val="00873969"/>
    <w:rsid w:val="00890F2A"/>
    <w:rsid w:val="00896B5B"/>
    <w:rsid w:val="008A16EA"/>
    <w:rsid w:val="008A77C5"/>
    <w:rsid w:val="00910DCB"/>
    <w:rsid w:val="0091657B"/>
    <w:rsid w:val="00954A50"/>
    <w:rsid w:val="00970657"/>
    <w:rsid w:val="00A00871"/>
    <w:rsid w:val="00A0581C"/>
    <w:rsid w:val="00A06CAA"/>
    <w:rsid w:val="00A12447"/>
    <w:rsid w:val="00A50AB6"/>
    <w:rsid w:val="00A54732"/>
    <w:rsid w:val="00A751B1"/>
    <w:rsid w:val="00AA1D8D"/>
    <w:rsid w:val="00AA4901"/>
    <w:rsid w:val="00AC3E8D"/>
    <w:rsid w:val="00AF39D3"/>
    <w:rsid w:val="00B02067"/>
    <w:rsid w:val="00B45D9F"/>
    <w:rsid w:val="00B47730"/>
    <w:rsid w:val="00B7255F"/>
    <w:rsid w:val="00B7535C"/>
    <w:rsid w:val="00B92648"/>
    <w:rsid w:val="00BA5E56"/>
    <w:rsid w:val="00BC2519"/>
    <w:rsid w:val="00BD5936"/>
    <w:rsid w:val="00BE180B"/>
    <w:rsid w:val="00C631BC"/>
    <w:rsid w:val="00C67626"/>
    <w:rsid w:val="00C82C3A"/>
    <w:rsid w:val="00CB0664"/>
    <w:rsid w:val="00CE02B4"/>
    <w:rsid w:val="00CF4C41"/>
    <w:rsid w:val="00D33568"/>
    <w:rsid w:val="00D33631"/>
    <w:rsid w:val="00D6247C"/>
    <w:rsid w:val="00D6485F"/>
    <w:rsid w:val="00DF135C"/>
    <w:rsid w:val="00E859B8"/>
    <w:rsid w:val="00EA68D3"/>
    <w:rsid w:val="00EE03D9"/>
    <w:rsid w:val="00EF57DB"/>
    <w:rsid w:val="00F04402"/>
    <w:rsid w:val="00F069BA"/>
    <w:rsid w:val="00F14417"/>
    <w:rsid w:val="00F45399"/>
    <w:rsid w:val="00F71E6F"/>
    <w:rsid w:val="00F748DD"/>
    <w:rsid w:val="00F77790"/>
    <w:rsid w:val="00F80180"/>
    <w:rsid w:val="00F86B70"/>
    <w:rsid w:val="00FA65AF"/>
    <w:rsid w:val="00FB53E0"/>
    <w:rsid w:val="00FC033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592957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4C2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C2638"/>
    <w:rPr>
      <w:rFonts w:ascii="Tahoma" w:hAnsi="Tahoma" w:cs="Tahoma"/>
      <w:sz w:val="16"/>
      <w:szCs w:val="16"/>
    </w:rPr>
  </w:style>
  <w:style w:type="paragraph" w:customStyle="1" w:styleId="ds-markdown-paragraph">
    <w:name w:val="ds-markdown-paragraph"/>
    <w:basedOn w:val="Normal"/>
    <w:rsid w:val="004C2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030841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134B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34B7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34B7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34B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34B7E"/>
    <w:rPr>
      <w:b/>
      <w:bCs/>
      <w:sz w:val="20"/>
      <w:szCs w:val="20"/>
    </w:rPr>
  </w:style>
  <w:style w:type="paragraph" w:customStyle="1" w:styleId="isselectedend">
    <w:name w:val="isselectedend"/>
    <w:basedOn w:val="Normal"/>
    <w:rsid w:val="006E2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ext-token-text-primary">
    <w:name w:val="text-token-text-primary"/>
    <w:basedOn w:val="Fontepargpadro"/>
    <w:rsid w:val="006E2B07"/>
  </w:style>
  <w:style w:type="paragraph" w:styleId="NormalWeb">
    <w:name w:val="Normal (Web)"/>
    <w:basedOn w:val="Normal"/>
    <w:uiPriority w:val="99"/>
    <w:unhideWhenUsed/>
    <w:rsid w:val="006E2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4C2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C2638"/>
    <w:rPr>
      <w:rFonts w:ascii="Tahoma" w:hAnsi="Tahoma" w:cs="Tahoma"/>
      <w:sz w:val="16"/>
      <w:szCs w:val="16"/>
    </w:rPr>
  </w:style>
  <w:style w:type="paragraph" w:customStyle="1" w:styleId="ds-markdown-paragraph">
    <w:name w:val="ds-markdown-paragraph"/>
    <w:basedOn w:val="Normal"/>
    <w:rsid w:val="004C2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030841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134B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34B7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34B7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34B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34B7E"/>
    <w:rPr>
      <w:b/>
      <w:bCs/>
      <w:sz w:val="20"/>
      <w:szCs w:val="20"/>
    </w:rPr>
  </w:style>
  <w:style w:type="paragraph" w:customStyle="1" w:styleId="isselectedend">
    <w:name w:val="isselectedend"/>
    <w:basedOn w:val="Normal"/>
    <w:rsid w:val="006E2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ext-token-text-primary">
    <w:name w:val="text-token-text-primary"/>
    <w:basedOn w:val="Fontepargpadro"/>
    <w:rsid w:val="006E2B07"/>
  </w:style>
  <w:style w:type="paragraph" w:styleId="NormalWeb">
    <w:name w:val="Normal (Web)"/>
    <w:basedOn w:val="Normal"/>
    <w:uiPriority w:val="99"/>
    <w:unhideWhenUsed/>
    <w:rsid w:val="006E2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3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48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654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31025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6843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9698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96497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48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49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30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651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595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2109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871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84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1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4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18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microsoft.com/office/2018/08/relationships/commentsExtensible" Target="commentsExtensi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B368AEE-5407-430C-B030-6C918230E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615</Words>
  <Characters>3326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EDSON MENDES DA SILVA JUNIOR</cp:lastModifiedBy>
  <cp:revision>5</cp:revision>
  <cp:lastPrinted>2026-05-26T19:56:00Z</cp:lastPrinted>
  <dcterms:created xsi:type="dcterms:W3CDTF">2026-05-26T20:48:00Z</dcterms:created>
  <dcterms:modified xsi:type="dcterms:W3CDTF">2026-06-03T18:05:00Z</dcterms:modified>
</cp:coreProperties>
</file>